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A3D08" w14:textId="77777777" w:rsidR="00D30101" w:rsidRDefault="00D30101"/>
    <w:p w14:paraId="4D642CAE" w14:textId="77777777" w:rsidR="00D30101" w:rsidRDefault="00000000" w:rsidP="00E86580">
      <w:r>
        <w:rPr>
          <w:b/>
          <w:sz w:val="26"/>
        </w:rPr>
        <w:t>Film</w:t>
      </w:r>
    </w:p>
    <w:p w14:paraId="1712E1B6" w14:textId="77777777" w:rsidR="00D30101" w:rsidRDefault="00000000">
      <w:pPr>
        <w:pStyle w:val="ListBullet"/>
      </w:pPr>
      <w:r>
        <w:t>Interviewer / Pedestrian – *The Devil Wears Prada 2*, 2025</w:t>
      </w:r>
    </w:p>
    <w:p w14:paraId="4A69B611" w14:textId="77777777" w:rsidR="00D30101" w:rsidRDefault="00000000">
      <w:r>
        <w:rPr>
          <w:b/>
          <w:sz w:val="26"/>
        </w:rPr>
        <w:t>Television</w:t>
      </w:r>
    </w:p>
    <w:p w14:paraId="547A97CC" w14:textId="77777777" w:rsidR="00D30101" w:rsidRDefault="00000000">
      <w:pPr>
        <w:pStyle w:val="ListBullet"/>
      </w:pPr>
      <w:r>
        <w:t>Upscale Bar Patron – *American Love Story*, 2025</w:t>
      </w:r>
    </w:p>
    <w:p w14:paraId="7E1E3CFB" w14:textId="77777777" w:rsidR="00D30101" w:rsidRDefault="00000000">
      <w:r>
        <w:rPr>
          <w:b/>
          <w:sz w:val="26"/>
        </w:rPr>
        <w:t>Commercials</w:t>
      </w:r>
    </w:p>
    <w:p w14:paraId="69165B26" w14:textId="77777777" w:rsidR="00D30101" w:rsidRDefault="00E86580">
      <w:pPr>
        <w:pStyle w:val="ListBullet"/>
      </w:pPr>
      <w:r>
        <w:t>Doctor – *Urology Michigan Commercial*, 2020</w:t>
      </w:r>
    </w:p>
    <w:p w14:paraId="19B3A549" w14:textId="77777777" w:rsidR="00D30101" w:rsidRDefault="00000000">
      <w:r>
        <w:rPr>
          <w:b/>
          <w:sz w:val="26"/>
        </w:rPr>
        <w:t>Training</w:t>
      </w:r>
    </w:p>
    <w:p w14:paraId="1BD8AB40" w14:textId="77777777" w:rsidR="00D30101" w:rsidRDefault="00000000">
      <w:r>
        <w:t>Toronto Film Workshop – 2023</w:t>
      </w:r>
      <w:r>
        <w:br/>
        <w:t>Detroit Actors Club – 2023–2025</w:t>
      </w:r>
    </w:p>
    <w:p w14:paraId="622E85E6" w14:textId="77777777" w:rsidR="005A2C1D" w:rsidRDefault="00000000">
      <w:r>
        <w:t>BS – University of Windsor</w:t>
      </w:r>
    </w:p>
    <w:p w14:paraId="2DD3A59E" w14:textId="77777777" w:rsidR="005A2C1D" w:rsidRDefault="00000000">
      <w:pPr>
        <w:rPr>
          <w:b/>
          <w:sz w:val="26"/>
        </w:rPr>
      </w:pPr>
      <w:r>
        <w:rPr>
          <w:b/>
          <w:sz w:val="26"/>
        </w:rPr>
        <w:t>Education</w:t>
      </w:r>
    </w:p>
    <w:p w14:paraId="2B8568CE" w14:textId="77777777" w:rsidR="005624B0" w:rsidRDefault="005624B0">
      <w:r>
        <w:t>BS – University of Windsor</w:t>
      </w:r>
    </w:p>
    <w:p w14:paraId="38126879" w14:textId="77777777" w:rsidR="00D30101" w:rsidRDefault="00000000">
      <w:r>
        <w:rPr>
          <w:b/>
          <w:sz w:val="26"/>
        </w:rPr>
        <w:t>Special Skills</w:t>
      </w:r>
    </w:p>
    <w:p w14:paraId="353EC84B" w14:textId="77777777" w:rsidR="00D30101" w:rsidRDefault="00000000">
      <w:r>
        <w:t>Read Spanish; Triathlete; Soccer player; Baker</w:t>
      </w:r>
      <w:r w:rsidR="00E86580">
        <w:t>; Ice skating</w:t>
      </w:r>
    </w:p>
    <w:p w14:paraId="4496B306" w14:textId="77777777" w:rsidR="00D30101" w:rsidRDefault="00D30101">
      <w:pPr>
        <w:jc w:val="center"/>
      </w:pPr>
    </w:p>
    <w:sectPr w:rsidR="00D30101" w:rsidSect="00034616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7C777" w14:textId="77777777" w:rsidR="00274F84" w:rsidRDefault="00274F84">
      <w:pPr>
        <w:spacing w:after="0" w:line="240" w:lineRule="auto"/>
      </w:pPr>
      <w:r>
        <w:separator/>
      </w:r>
    </w:p>
  </w:endnote>
  <w:endnote w:type="continuationSeparator" w:id="0">
    <w:p w14:paraId="0E976496" w14:textId="77777777" w:rsidR="00274F84" w:rsidRDefault="00274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6E741" w14:textId="77777777" w:rsidR="00274F84" w:rsidRDefault="00274F84">
      <w:pPr>
        <w:spacing w:after="0" w:line="240" w:lineRule="auto"/>
      </w:pPr>
      <w:r>
        <w:separator/>
      </w:r>
    </w:p>
  </w:footnote>
  <w:footnote w:type="continuationSeparator" w:id="0">
    <w:p w14:paraId="075DAE13" w14:textId="77777777" w:rsidR="00274F84" w:rsidRDefault="00274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E92E0" w14:textId="77777777" w:rsidR="00F531F1" w:rsidRDefault="00F531F1">
    <w:pPr>
      <w:pStyle w:val="Header"/>
    </w:pPr>
  </w:p>
  <w:tbl>
    <w:tblPr>
      <w:tblW w:w="0" w:type="auto"/>
      <w:tblLayout w:type="fixed"/>
      <w:tblLook w:val="04A0" w:firstRow="1" w:lastRow="0" w:firstColumn="1" w:lastColumn="0" w:noHBand="0" w:noVBand="1"/>
    </w:tblPr>
    <w:tblGrid>
      <w:gridCol w:w="4320"/>
      <w:gridCol w:w="2880"/>
    </w:tblGrid>
    <w:tr w:rsidR="00F531F1" w14:paraId="371A1FA1" w14:textId="77777777">
      <w:tc>
        <w:tcPr>
          <w:tcW w:w="4320" w:type="dxa"/>
        </w:tcPr>
        <w:p w14:paraId="67754F73" w14:textId="77777777" w:rsidR="00F531F1" w:rsidRDefault="00F531F1"/>
        <w:p w14:paraId="1A75D1D6" w14:textId="77777777" w:rsidR="00F531F1" w:rsidRDefault="00000000">
          <w:r>
            <w:rPr>
              <w:b/>
              <w:sz w:val="40"/>
            </w:rPr>
            <w:t>Dailan Brewster</w:t>
          </w:r>
          <w:r>
            <w:rPr>
              <w:b/>
              <w:sz w:val="40"/>
            </w:rPr>
            <w:br/>
          </w:r>
          <w:r>
            <w:t>📞 313.310.2280   •   ✉️ drgraham2279@gmail.com</w:t>
          </w:r>
          <w:r>
            <w:br/>
            <w:t>Height: 5'6" | Weight: 127 | Hair: Brown | Eyes: Brown</w:t>
          </w:r>
          <w:r>
            <w:br/>
            <w:t>Union Status: Non-Union</w:t>
          </w:r>
        </w:p>
      </w:tc>
      <w:tc>
        <w:tcPr>
          <w:tcW w:w="2880" w:type="dxa"/>
        </w:tcPr>
        <w:p w14:paraId="34FFB72A" w14:textId="77777777" w:rsidR="00F531F1" w:rsidRDefault="00F531F1"/>
        <w:p w14:paraId="5122977B" w14:textId="77777777" w:rsidR="00F531F1" w:rsidRDefault="00000000">
          <w:r>
            <w:rPr>
              <w:noProof/>
            </w:rPr>
            <w:drawing>
              <wp:inline distT="0" distB="0" distL="0" distR="0" wp14:anchorId="396252AD" wp14:editId="0C0A884C">
                <wp:extent cx="1828800" cy="128016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creenshot 2025-08-31 at 2.42.00 PM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" cy="1280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13670456">
    <w:abstractNumId w:val="8"/>
  </w:num>
  <w:num w:numId="2" w16cid:durableId="253825152">
    <w:abstractNumId w:val="6"/>
  </w:num>
  <w:num w:numId="3" w16cid:durableId="1743064686">
    <w:abstractNumId w:val="5"/>
  </w:num>
  <w:num w:numId="4" w16cid:durableId="1170364399">
    <w:abstractNumId w:val="4"/>
  </w:num>
  <w:num w:numId="5" w16cid:durableId="125776441">
    <w:abstractNumId w:val="7"/>
  </w:num>
  <w:num w:numId="6" w16cid:durableId="283078487">
    <w:abstractNumId w:val="3"/>
  </w:num>
  <w:num w:numId="7" w16cid:durableId="2072267225">
    <w:abstractNumId w:val="2"/>
  </w:num>
  <w:num w:numId="8" w16cid:durableId="1823235015">
    <w:abstractNumId w:val="1"/>
  </w:num>
  <w:num w:numId="9" w16cid:durableId="514459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74F84"/>
    <w:rsid w:val="0029639D"/>
    <w:rsid w:val="00326F90"/>
    <w:rsid w:val="005624B0"/>
    <w:rsid w:val="005A2C1D"/>
    <w:rsid w:val="00AA1D8D"/>
    <w:rsid w:val="00B06807"/>
    <w:rsid w:val="00B44272"/>
    <w:rsid w:val="00B47730"/>
    <w:rsid w:val="00CB0664"/>
    <w:rsid w:val="00D30101"/>
    <w:rsid w:val="00E86580"/>
    <w:rsid w:val="00F531F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73C34F"/>
  <w14:defaultImageDpi w14:val="300"/>
  <w15:docId w15:val="{02233677-4067-7B41-87E4-C08C3060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rFonts w:ascii="Calibri" w:eastAsia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dailan brewster</cp:lastModifiedBy>
  <cp:revision>3</cp:revision>
  <dcterms:created xsi:type="dcterms:W3CDTF">2025-08-31T18:39:00Z</dcterms:created>
  <dcterms:modified xsi:type="dcterms:W3CDTF">2025-08-31T18:43:00Z</dcterms:modified>
  <cp:category/>
</cp:coreProperties>
</file>