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B77B27D" w14:textId="77777777" w:rsidR="00307B2B" w:rsidRDefault="00000000">
      <w:pPr>
        <w:pStyle w:val="Title"/>
      </w:pPr>
      <w:r>
        <w:t>Ta’Na (T) Alexander</w:t>
      </w:r>
    </w:p>
    <w:p w14:paraId="1A073CC7" w14:textId="7ECBD9C1" w:rsidR="00307B2B" w:rsidRDefault="00000000">
      <w:r>
        <w:t>Blanchard, Oklahoma |</w:t>
      </w:r>
      <w:r>
        <w:br/>
        <w:t>Mobile: (405) 320-2114 | Email: tanaalexander@gmail.com</w:t>
      </w:r>
      <w:r>
        <w:br/>
        <w:t>IG: @ttime_life | FB: Tee Wolf</w:t>
      </w:r>
      <w:r w:rsidR="000213B5">
        <w:t xml:space="preserve">. </w:t>
      </w:r>
      <w:hyperlink r:id="rId6" w:history="1">
        <w:r w:rsidR="00A40170" w:rsidRPr="00372059">
          <w:rPr>
            <w:rStyle w:val="Hyperlink"/>
          </w:rPr>
          <w:t>https://www.instagram.com/ttime_life?igsh=MWMweTdtbW1hbzhjOQ%3D%3D&amp;utm_source=qr</w:t>
        </w:r>
      </w:hyperlink>
    </w:p>
    <w:p w14:paraId="73AF469F" w14:textId="77777777" w:rsidR="00A40170" w:rsidRDefault="00A40170" w:rsidP="00A40170">
      <w:hyperlink r:id="rId7" w:history="1">
        <w:r w:rsidRPr="00372059">
          <w:rPr>
            <w:rStyle w:val="Hyperlink"/>
          </w:rPr>
          <w:t>https://www.facebook.com/share/15VEHibWcX/?mibextid=wwXIfr</w:t>
        </w:r>
      </w:hyperlink>
    </w:p>
    <w:p w14:paraId="22B37031" w14:textId="19873956" w:rsidR="00307B2B" w:rsidRDefault="00000000" w:rsidP="00A40170">
      <w:r>
        <w:t>Personal Details</w:t>
      </w:r>
    </w:p>
    <w:p w14:paraId="58E3CFBB" w14:textId="77777777" w:rsidR="00307B2B" w:rsidRDefault="00000000">
      <w:r>
        <w:t>Height: 5’7” | Weight: 120 lbs | Build: Slim/Athletic</w:t>
      </w:r>
    </w:p>
    <w:p w14:paraId="36A52129" w14:textId="77777777" w:rsidR="00307B2B" w:rsidRDefault="00000000">
      <w:r>
        <w:t>Ethnicity: Native American (Choctaw)</w:t>
      </w:r>
    </w:p>
    <w:p w14:paraId="77F5EEC5" w14:textId="1AD5CFD8" w:rsidR="00307B2B" w:rsidRDefault="00000000">
      <w:r>
        <w:t>Tribal Name: Talako’Nashoba</w:t>
      </w:r>
      <w:r w:rsidR="00710315">
        <w:t xml:space="preserve"> (Eagle’Wolf)</w:t>
      </w:r>
    </w:p>
    <w:p w14:paraId="30D5E358" w14:textId="77777777" w:rsidR="00307B2B" w:rsidRDefault="00000000">
      <w:r>
        <w:t>Age: 32</w:t>
      </w:r>
    </w:p>
    <w:p w14:paraId="187F707A" w14:textId="77777777" w:rsidR="00307B2B" w:rsidRDefault="00000000">
      <w:pPr>
        <w:pStyle w:val="Heading1"/>
      </w:pPr>
      <w:r>
        <w:t>Objective</w:t>
      </w:r>
    </w:p>
    <w:p w14:paraId="6C0AB310" w14:textId="10377B86" w:rsidR="00307B2B" w:rsidRDefault="00000000">
      <w:r>
        <w:t>I’m an energetic, multifaceted performer with a natural ability to connect with diverse audiences. I bring a unique depth to every role, shaped by real-life experience and creative passion. I’m ready to bring life to a character who resonates with “the burnt out, but not broken</w:t>
      </w:r>
      <w:r w:rsidR="00851543">
        <w:t>, inspire others</w:t>
      </w:r>
      <w:r w:rsidR="002969E2">
        <w:t xml:space="preserve"> in some capacity; faith based, unorthodox, Native American Culture or other styles that intrigue, my interest.</w:t>
      </w:r>
      <w:r>
        <w:t>” I am driven, intuitive, adaptable, and ready to give you results in one take.</w:t>
      </w:r>
    </w:p>
    <w:p w14:paraId="7184563C" w14:textId="77777777" w:rsidR="00307B2B" w:rsidRDefault="00000000">
      <w:pPr>
        <w:pStyle w:val="Heading1"/>
      </w:pPr>
      <w:r>
        <w:t>Voice &amp; Studio Work</w:t>
      </w:r>
    </w:p>
    <w:p w14:paraId="7CED2B83" w14:textId="77777777" w:rsidR="00307B2B" w:rsidRDefault="00000000">
      <w:r>
        <w:t>- Monthly studio sessions for songwriting and book narration</w:t>
      </w:r>
    </w:p>
    <w:p w14:paraId="31AB3A33" w14:textId="77777777" w:rsidR="00307B2B" w:rsidRDefault="00000000">
      <w:r>
        <w:t>- Voiceovers for Choctaw and Chickasaw tribal commercials</w:t>
      </w:r>
    </w:p>
    <w:p w14:paraId="125AF787" w14:textId="698389A4" w:rsidR="001F24A4" w:rsidRDefault="00000000">
      <w:r>
        <w:t>- Strong, matured voice with versatile tone — can deliver polished, southern, bubbly, commanding, comedic, or emotionally stirring reads</w:t>
      </w:r>
      <w:r w:rsidR="001F24A4">
        <w:t xml:space="preserve"> (Choctaw Nation Success Story is younger Tee-just disregard; my voice has matured and why I had a valley girl</w:t>
      </w:r>
      <w:r w:rsidR="007B4D07">
        <w:t xml:space="preserve"> vibe-idk)</w:t>
      </w:r>
      <w:r w:rsidR="001F59B7">
        <w:t xml:space="preserve"> found on YouTube. </w:t>
      </w:r>
    </w:p>
    <w:p w14:paraId="2A63C4C1" w14:textId="77777777" w:rsidR="00307B2B" w:rsidRDefault="00000000">
      <w:pPr>
        <w:pStyle w:val="Heading1"/>
      </w:pPr>
      <w:r>
        <w:t>Live Performance &amp; Theater</w:t>
      </w:r>
    </w:p>
    <w:p w14:paraId="507FEF9D" w14:textId="77777777" w:rsidR="00307B2B" w:rsidRDefault="00000000">
      <w:r>
        <w:t>Lady Tish – 1920s-themed Variety Show Performer</w:t>
      </w:r>
    </w:p>
    <w:p w14:paraId="57182929" w14:textId="77777777" w:rsidR="00307B2B" w:rsidRDefault="00000000">
      <w:r>
        <w:t>Mixed Variety Show (2015 – pre-children)</w:t>
      </w:r>
    </w:p>
    <w:p w14:paraId="54EFDC8A" w14:textId="77777777" w:rsidR="00307B2B" w:rsidRDefault="00000000">
      <w:r>
        <w:lastRenderedPageBreak/>
        <w:t>- Live role for 1 year; persuasive hustler with fierce charisma</w:t>
      </w:r>
    </w:p>
    <w:p w14:paraId="10EC8163" w14:textId="77777777" w:rsidR="00307B2B" w:rsidRDefault="00000000">
      <w:r>
        <w:t>- Improv and stage presence developed in front of live audiences</w:t>
      </w:r>
    </w:p>
    <w:p w14:paraId="5C2C71FA" w14:textId="77777777" w:rsidR="00307B2B" w:rsidRDefault="00000000">
      <w:r>
        <w:t>High School Theater (2010)</w:t>
      </w:r>
    </w:p>
    <w:p w14:paraId="301D7ACF" w14:textId="77777777" w:rsidR="00307B2B" w:rsidRDefault="00000000">
      <w:r>
        <w:t>- Martha May – The Grinch</w:t>
      </w:r>
    </w:p>
    <w:p w14:paraId="75FD1BC1" w14:textId="77777777" w:rsidR="00307B2B" w:rsidRDefault="00000000">
      <w:r>
        <w:t>- Velma Kelly – All That Jazz</w:t>
      </w:r>
    </w:p>
    <w:p w14:paraId="0A1EC309" w14:textId="77777777" w:rsidR="00307B2B" w:rsidRDefault="00000000">
      <w:r>
        <w:t>- Pink Lady – Grease</w:t>
      </w:r>
    </w:p>
    <w:p w14:paraId="592CF6C7" w14:textId="77777777" w:rsidR="00307B2B" w:rsidRDefault="00000000">
      <w:pPr>
        <w:pStyle w:val="Heading1"/>
      </w:pPr>
      <w:r>
        <w:t>Personality &amp; Experience Highlights</w:t>
      </w:r>
    </w:p>
    <w:p w14:paraId="2D040736" w14:textId="75724078" w:rsidR="00307B2B" w:rsidRDefault="00000000">
      <w:r>
        <w:t>- Former military wife — resilient, adaptable, and deeply empathetic</w:t>
      </w:r>
      <w:r w:rsidR="001F59B7">
        <w:t xml:space="preserve">, divorced, mother of two, business owner, daughter, adopted, one living parent (mother) I’ve lived, loved, and experienced the pits of hell and back to live out the best life for </w:t>
      </w:r>
      <w:r w:rsidR="001F6A90">
        <w:t xml:space="preserve">myself, family, and community impact. </w:t>
      </w:r>
    </w:p>
    <w:p w14:paraId="0E957112" w14:textId="77777777" w:rsidR="00307B2B" w:rsidRDefault="00000000">
      <w:r>
        <w:t>- Managed a country club bar and grill — promoted to leadership for team morale, coordination, and operations</w:t>
      </w:r>
    </w:p>
    <w:p w14:paraId="161F79D6" w14:textId="77777777" w:rsidR="00307B2B" w:rsidRDefault="00000000">
      <w:r>
        <w:t>- Owner and director of my own successful company — focused on results, accountability, and consistent growth</w:t>
      </w:r>
    </w:p>
    <w:p w14:paraId="1A2FBF79" w14:textId="34D13D61" w:rsidR="001F6A90" w:rsidRDefault="00000000">
      <w:r>
        <w:t>- Excellent at receiving constructive feedback and turning it into creative fuel</w:t>
      </w:r>
      <w:r w:rsidR="001F6A90">
        <w:t xml:space="preserve"> </w:t>
      </w:r>
    </w:p>
    <w:p w14:paraId="4F732B91" w14:textId="0DBD6698" w:rsidR="00AE06A0" w:rsidRDefault="00AE06A0">
      <w:r>
        <w:t xml:space="preserve">Have a professional CV that shows background in STEM, Child Development, </w:t>
      </w:r>
      <w:r w:rsidR="00FC0E1B">
        <w:t>Medical data,</w:t>
      </w:r>
      <w:r>
        <w:t xml:space="preserve"> International Relations, Public Relations, Tribal Relations, </w:t>
      </w:r>
      <w:r w:rsidR="00CE1FE3">
        <w:t xml:space="preserve">BioMed, Applied Science, Dispatch, Business Administration, Etc. </w:t>
      </w:r>
    </w:p>
    <w:p w14:paraId="03737312" w14:textId="77777777" w:rsidR="00307B2B" w:rsidRDefault="00000000">
      <w:pPr>
        <w:pStyle w:val="Heading1"/>
      </w:pPr>
      <w:r>
        <w:t>Special Skills</w:t>
      </w:r>
    </w:p>
    <w:p w14:paraId="7F121D20" w14:textId="77777777" w:rsidR="00307B2B" w:rsidRDefault="00000000">
      <w:r>
        <w:t>- Quick line memorization</w:t>
      </w:r>
    </w:p>
    <w:p w14:paraId="74F45F8A" w14:textId="77777777" w:rsidR="00307B2B" w:rsidRDefault="00000000">
      <w:r>
        <w:t>- Emotional range: tough, refined, bubbly, grounded, or comedic</w:t>
      </w:r>
    </w:p>
    <w:p w14:paraId="5E022831" w14:textId="77777777" w:rsidR="00307B2B" w:rsidRDefault="00000000">
      <w:r>
        <w:t>- Strong on-camera presence and comfort in front of an audience</w:t>
      </w:r>
    </w:p>
    <w:p w14:paraId="13CCD1C5" w14:textId="77777777" w:rsidR="00307B2B" w:rsidRDefault="00000000">
      <w:r>
        <w:t>- Accents/dialects: Southern, urban/street, polished/professional</w:t>
      </w:r>
    </w:p>
    <w:p w14:paraId="3398309C" w14:textId="77777777" w:rsidR="00307B2B" w:rsidRDefault="00000000">
      <w:pPr>
        <w:pStyle w:val="Heading1"/>
      </w:pPr>
      <w:r>
        <w:t>Why Me?</w:t>
      </w:r>
    </w:p>
    <w:p w14:paraId="708D936E" w14:textId="68DDC71B" w:rsidR="00307B2B" w:rsidRDefault="00000000">
      <w:r>
        <w:t>I may not be the most traditionally trained, but I bring something real and raw — lived experience, fierce drive, and a high standard I hold myself to. I’m not just showing up</w:t>
      </w:r>
      <w:r w:rsidR="00A40170">
        <w:t xml:space="preserve"> to show out</w:t>
      </w:r>
      <w:r>
        <w:t>. I’m here for action steps and applications. Let’s g</w:t>
      </w:r>
      <w:r w:rsidR="007C76FF">
        <w:t xml:space="preserve">o! </w:t>
      </w:r>
    </w:p>
    <w:p w14:paraId="025DDD19" w14:textId="4ADEDC69" w:rsidR="00307B2B" w:rsidRDefault="00000000">
      <w:r>
        <w:t>,</w:t>
      </w:r>
    </w:p>
    <w:p w14:paraId="65F7BE67" w14:textId="77777777" w:rsidR="00307B2B" w:rsidRDefault="00000000">
      <w:r>
        <w:lastRenderedPageBreak/>
        <w:t>Ta’Na (T) Alexander</w:t>
      </w:r>
    </w:p>
    <w:p w14:paraId="6C5069B5" w14:textId="77777777" w:rsidR="00307B2B" w:rsidRDefault="00000000">
      <w:r>
        <w:t>tanaalexander@gmail.com | (405) 320-2114</w:t>
      </w:r>
    </w:p>
    <w:p w14:paraId="294A2483" w14:textId="06665EE3" w:rsidR="00533443" w:rsidRDefault="00FB52F1">
      <w:r>
        <w:rPr>
          <w:noProof/>
        </w:rPr>
        <w:drawing>
          <wp:anchor distT="0" distB="0" distL="114300" distR="114300" simplePos="0" relativeHeight="251663360" behindDoc="0" locked="0" layoutInCell="1" allowOverlap="1" wp14:anchorId="24A90213" wp14:editId="27414AE7">
            <wp:simplePos x="0" y="0"/>
            <wp:positionH relativeFrom="column">
              <wp:posOffset>142240</wp:posOffset>
            </wp:positionH>
            <wp:positionV relativeFrom="paragraph">
              <wp:posOffset>98425</wp:posOffset>
            </wp:positionV>
            <wp:extent cx="5486400" cy="6668135"/>
            <wp:effectExtent l="0" t="0" r="0" b="0"/>
            <wp:wrapTopAndBottom/>
            <wp:docPr id="5277962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79627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6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117B88" w14:textId="22ED586F" w:rsidR="00026DEB" w:rsidRDefault="00026DEB"/>
    <w:p w14:paraId="3841B8B8" w14:textId="56D0F48B" w:rsidR="00026DEB" w:rsidRDefault="001C7176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095976C" wp14:editId="3D085769">
            <wp:simplePos x="0" y="0"/>
            <wp:positionH relativeFrom="column">
              <wp:posOffset>853440</wp:posOffset>
            </wp:positionH>
            <wp:positionV relativeFrom="paragraph">
              <wp:posOffset>-243840</wp:posOffset>
            </wp:positionV>
            <wp:extent cx="3803015" cy="8229600"/>
            <wp:effectExtent l="0" t="0" r="0" b="0"/>
            <wp:wrapTopAndBottom/>
            <wp:docPr id="6075299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52997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030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ABDB04" w14:textId="24D35C28" w:rsidR="00533443" w:rsidRDefault="00533443"/>
    <w:p w14:paraId="7DED5EDC" w14:textId="77777777" w:rsidR="00026DEB" w:rsidRDefault="00026DEB"/>
    <w:p w14:paraId="0CFAA791" w14:textId="738CFE88" w:rsidR="00026DEB" w:rsidRDefault="004A62A9">
      <w:r>
        <w:rPr>
          <w:noProof/>
        </w:rPr>
        <w:drawing>
          <wp:anchor distT="0" distB="0" distL="114300" distR="114300" simplePos="0" relativeHeight="251659264" behindDoc="0" locked="0" layoutInCell="1" allowOverlap="1" wp14:anchorId="4670A3C8" wp14:editId="3B06DE53">
            <wp:simplePos x="0" y="0"/>
            <wp:positionH relativeFrom="column">
              <wp:posOffset>0</wp:posOffset>
            </wp:positionH>
            <wp:positionV relativeFrom="paragraph">
              <wp:posOffset>1804670</wp:posOffset>
            </wp:positionV>
            <wp:extent cx="5486400" cy="3918585"/>
            <wp:effectExtent l="0" t="0" r="0" b="5715"/>
            <wp:wrapTopAndBottom/>
            <wp:docPr id="18177404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74048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29EAB7" w14:textId="77777777" w:rsidR="001A4887" w:rsidRDefault="001A4887"/>
    <w:p w14:paraId="2F55AB48" w14:textId="030D9482" w:rsidR="001A4887" w:rsidRDefault="001A4887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61C527B" wp14:editId="3CF394F2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5486400" cy="6686550"/>
            <wp:effectExtent l="0" t="0" r="0" b="6350"/>
            <wp:wrapTopAndBottom/>
            <wp:docPr id="1012406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4068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2208F9" w14:textId="77777777" w:rsidR="001A4887" w:rsidRDefault="001A4887"/>
    <w:p w14:paraId="178B95F5" w14:textId="77777777" w:rsidR="001A4887" w:rsidRDefault="001A4887"/>
    <w:p w14:paraId="06DD9A0F" w14:textId="77777777" w:rsidR="001A4887" w:rsidRDefault="001A4887"/>
    <w:p w14:paraId="09D5E552" w14:textId="77777777" w:rsidR="001A4887" w:rsidRDefault="001A4887"/>
    <w:p w14:paraId="25FD00EA" w14:textId="77777777" w:rsidR="001A4887" w:rsidRDefault="001A4887"/>
    <w:sectPr w:rsidR="001A4887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2104371911">
    <w:abstractNumId w:val="8"/>
  </w:num>
  <w:num w:numId="2" w16cid:durableId="939290903">
    <w:abstractNumId w:val="6"/>
  </w:num>
  <w:num w:numId="3" w16cid:durableId="190843451">
    <w:abstractNumId w:val="5"/>
  </w:num>
  <w:num w:numId="4" w16cid:durableId="1668553025">
    <w:abstractNumId w:val="4"/>
  </w:num>
  <w:num w:numId="5" w16cid:durableId="1783382319">
    <w:abstractNumId w:val="7"/>
  </w:num>
  <w:num w:numId="6" w16cid:durableId="1550990466">
    <w:abstractNumId w:val="3"/>
  </w:num>
  <w:num w:numId="7" w16cid:durableId="1133863248">
    <w:abstractNumId w:val="2"/>
  </w:num>
  <w:num w:numId="8" w16cid:durableId="77869578">
    <w:abstractNumId w:val="1"/>
  </w:num>
  <w:num w:numId="9" w16cid:durableId="5024716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3"/>
  <w:proofState w:spelling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213B5"/>
    <w:rsid w:val="00026DEB"/>
    <w:rsid w:val="00034616"/>
    <w:rsid w:val="0006063C"/>
    <w:rsid w:val="000E0ED1"/>
    <w:rsid w:val="0015074B"/>
    <w:rsid w:val="001A4887"/>
    <w:rsid w:val="001C7176"/>
    <w:rsid w:val="001F24A4"/>
    <w:rsid w:val="001F59B7"/>
    <w:rsid w:val="001F6A90"/>
    <w:rsid w:val="0029639D"/>
    <w:rsid w:val="002969E2"/>
    <w:rsid w:val="00307B2B"/>
    <w:rsid w:val="00326F90"/>
    <w:rsid w:val="004A62A9"/>
    <w:rsid w:val="00533443"/>
    <w:rsid w:val="00710315"/>
    <w:rsid w:val="007B4D07"/>
    <w:rsid w:val="007C76FF"/>
    <w:rsid w:val="00851543"/>
    <w:rsid w:val="00A40170"/>
    <w:rsid w:val="00AA1D8D"/>
    <w:rsid w:val="00AE06A0"/>
    <w:rsid w:val="00B47730"/>
    <w:rsid w:val="00CB0664"/>
    <w:rsid w:val="00CE1FE3"/>
    <w:rsid w:val="00FB52F1"/>
    <w:rsid w:val="00FC0E1B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F55B916"/>
  <w14:defaultImageDpi w14:val="300"/>
  <w15:docId w15:val="{2F3E12EB-A361-C14F-92FE-6DFA2B55C0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Hyperlink">
    <w:name w:val="Hyperlink"/>
    <w:basedOn w:val="DefaultParagraphFont"/>
    <w:uiPriority w:val="99"/>
    <w:unhideWhenUsed/>
    <w:rsid w:val="00A40170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4017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hyperlink" Target="https://www.facebook.com/share/15VEHibWcX/?mibextid=wwXIfr" TargetMode="Externa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www.instagram.com/ttime_life?igsh=MWMweTdtbW1hbzhjOQ%3D%3D&amp;utm_source=qr" TargetMode="Externa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7</Pages>
  <Words>486</Words>
  <Characters>2774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3254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TaNa Alexander</cp:lastModifiedBy>
  <cp:revision>20</cp:revision>
  <dcterms:created xsi:type="dcterms:W3CDTF">2013-12-23T23:15:00Z</dcterms:created>
  <dcterms:modified xsi:type="dcterms:W3CDTF">2025-04-24T04:15:00Z</dcterms:modified>
  <cp:category/>
</cp:coreProperties>
</file>