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C381D" w14:textId="77777777" w:rsidR="001903B3" w:rsidRDefault="001903B3">
      <w:pPr>
        <w:pStyle w:val="Title"/>
      </w:pPr>
      <w:r>
        <w:rPr>
          <w:noProof/>
        </w:rPr>
        <w:drawing>
          <wp:inline distT="0" distB="0" distL="0" distR="0" wp14:anchorId="7127A492" wp14:editId="18E17133">
            <wp:extent cx="2237105" cy="1714500"/>
            <wp:effectExtent l="0" t="0" r="0" b="0"/>
            <wp:docPr id="1535036146" name="Picture 1" descr="A person taking a sel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36146" name="Picture 1" descr="A person taking a self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915" cy="17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E333" w14:textId="77777777" w:rsidR="002F560E" w:rsidRDefault="002F560E">
      <w:pPr>
        <w:pStyle w:val="Title"/>
      </w:pPr>
    </w:p>
    <w:p w14:paraId="5BD91CD6" w14:textId="27209077" w:rsidR="000053B0" w:rsidRDefault="00D85782">
      <w:pPr>
        <w:pStyle w:val="Title"/>
      </w:pPr>
      <w:r>
        <w:t>Moneke Stevens – Acting Resume</w:t>
      </w:r>
    </w:p>
    <w:p w14:paraId="33342B10" w14:textId="40BB6194" w:rsidR="000053B0" w:rsidRDefault="00D85782" w:rsidP="008D5426">
      <w:pPr>
        <w:spacing w:after="0"/>
      </w:pPr>
      <w:r>
        <w:t>Washington, D.C. / Maryland / Virginia area</w:t>
      </w:r>
      <w:r w:rsidR="007C0D7D">
        <w:t xml:space="preserve">                        </w:t>
      </w:r>
      <w:r>
        <w:br/>
        <w:t xml:space="preserve">Phone: </w:t>
      </w:r>
      <w:r w:rsidR="00F810C5">
        <w:t>202-409-3338</w:t>
      </w:r>
      <w:r>
        <w:t xml:space="preserve"> | Email: </w:t>
      </w:r>
      <w:hyperlink r:id="rId9" w:history="1">
        <w:r w:rsidR="00E10E19" w:rsidRPr="00891D6F">
          <w:rPr>
            <w:rStyle w:val="Hyperlink"/>
          </w:rPr>
          <w:t>moneked@gmail.com</w:t>
        </w:r>
      </w:hyperlink>
    </w:p>
    <w:p w14:paraId="44171963" w14:textId="04E97E24" w:rsidR="00E10E19" w:rsidRDefault="00E10E19" w:rsidP="008D5426">
      <w:pPr>
        <w:spacing w:after="0"/>
      </w:pPr>
      <w:r>
        <w:t>Height:  5’4” Weight:  158   Hair:  Black Eyes:  Brown</w:t>
      </w:r>
    </w:p>
    <w:p w14:paraId="7FD29D6E" w14:textId="77777777" w:rsidR="000053B0" w:rsidRDefault="00D85782">
      <w:pPr>
        <w:pStyle w:val="Heading1"/>
      </w:pPr>
      <w:r>
        <w:t>Objective</w:t>
      </w:r>
    </w:p>
    <w:p w14:paraId="4DEE8E4E" w14:textId="1A37A5C0" w:rsidR="000053B0" w:rsidRDefault="00D85782">
      <w:r>
        <w:t>Former federal professional with 36 years of experience in management and program analysis, transitioning into film and commercial work, and seeking opportunities in commercials, background, and stand-in roles where reliability, adaptability, and professionalism are valued.</w:t>
      </w:r>
    </w:p>
    <w:p w14:paraId="53D61E3A" w14:textId="77777777" w:rsidR="000053B0" w:rsidRDefault="00D85782">
      <w:pPr>
        <w:pStyle w:val="Heading1"/>
      </w:pPr>
      <w:r>
        <w:t>Professional Experience</w:t>
      </w:r>
    </w:p>
    <w:p w14:paraId="58527361" w14:textId="77777777" w:rsidR="000053B0" w:rsidRDefault="00D85782">
      <w:pPr>
        <w:pStyle w:val="ListBullet"/>
      </w:pPr>
      <w:r>
        <w:t>Department of Health and Human Services (2001–2025)</w:t>
      </w:r>
    </w:p>
    <w:p w14:paraId="6E21480C" w14:textId="77777777" w:rsidR="000053B0" w:rsidRDefault="00D85782">
      <w:r>
        <w:t>• Management &amp; Program Analyst / COR III – Led executive-level projects, contract oversight, and high-profile program support.</w:t>
      </w:r>
      <w:r>
        <w:br/>
        <w:t>• Skilled at following precise instructions, meeting strict deadlines, and adapting quickly to changing environments.</w:t>
      </w:r>
      <w:r>
        <w:br/>
        <w:t>• Recognized for professional presentation, poise, and ability to work with diverse teams under pressure.</w:t>
      </w:r>
    </w:p>
    <w:p w14:paraId="0DD5DF36" w14:textId="77777777" w:rsidR="000053B0" w:rsidRDefault="00D85782">
      <w:pPr>
        <w:pStyle w:val="ListBullet"/>
      </w:pPr>
      <w:r>
        <w:t>Department of Veterans Affairs (2020–2022)</w:t>
      </w:r>
    </w:p>
    <w:p w14:paraId="60E0CEFE" w14:textId="77777777" w:rsidR="000053B0" w:rsidRDefault="00D85782">
      <w:r>
        <w:t>• Supervisory Executive Assistant (Detail) – Coordinated senior-level communications, strategic initiatives, and events.</w:t>
      </w:r>
      <w:r>
        <w:br/>
        <w:t>• Presented information clearly and professionally, with strong organizational and multitasking skills.</w:t>
      </w:r>
    </w:p>
    <w:p w14:paraId="2B71BED7" w14:textId="77777777" w:rsidR="000053B0" w:rsidRDefault="00D85782">
      <w:pPr>
        <w:pStyle w:val="Heading1"/>
      </w:pPr>
      <w:r>
        <w:lastRenderedPageBreak/>
        <w:t>Training</w:t>
      </w:r>
    </w:p>
    <w:p w14:paraId="45B30C68" w14:textId="09276129" w:rsidR="000053B0" w:rsidRDefault="00D85782">
      <w:r>
        <w:t>• Public Speaking &amp; Presentation (Federal Leadership Programs)</w:t>
      </w:r>
      <w:r>
        <w:br/>
        <w:t>• On-Camera Presence (Self-Study, Ongoing)</w:t>
      </w:r>
      <w:r>
        <w:br/>
        <w:t xml:space="preserve">• </w:t>
      </w:r>
      <w:r w:rsidR="00F810C5">
        <w:t xml:space="preserve">Featured in </w:t>
      </w:r>
      <w:r>
        <w:t xml:space="preserve">a </w:t>
      </w:r>
      <w:r w:rsidR="00F810C5">
        <w:t xml:space="preserve">local news segment, also </w:t>
      </w:r>
      <w:r>
        <w:t>starred</w:t>
      </w:r>
      <w:r w:rsidR="00F810C5">
        <w:t xml:space="preserve"> in a kidney transplant documentary with my husband</w:t>
      </w:r>
      <w:r>
        <w:t>,</w:t>
      </w:r>
      <w:r w:rsidR="00F810C5">
        <w:t xml:space="preserve"> </w:t>
      </w:r>
      <w:r>
        <w:t>which</w:t>
      </w:r>
      <w:r w:rsidR="00F810C5">
        <w:t xml:space="preserve"> is shown at Georgetown University Hospital </w:t>
      </w:r>
      <w:r>
        <w:t>and</w:t>
      </w:r>
      <w:r w:rsidR="00F810C5">
        <w:t xml:space="preserve"> other </w:t>
      </w:r>
      <w:r>
        <w:t>regional</w:t>
      </w:r>
      <w:r w:rsidR="00F810C5">
        <w:t xml:space="preserve"> hospitals</w:t>
      </w:r>
    </w:p>
    <w:p w14:paraId="00EFC482" w14:textId="77777777" w:rsidR="000053B0" w:rsidRDefault="00D85782">
      <w:pPr>
        <w:pStyle w:val="Heading1"/>
      </w:pPr>
      <w:r>
        <w:t>Skills &amp; Attributes</w:t>
      </w:r>
    </w:p>
    <w:p w14:paraId="095250B9" w14:textId="232B8C49" w:rsidR="000053B0" w:rsidRDefault="00D85782">
      <w:r>
        <w:t>• Professional demeanor, punctual, detail-oriented</w:t>
      </w:r>
      <w:r>
        <w:br/>
        <w:t>• Comfortable in structured and high-pressure settings</w:t>
      </w:r>
      <w:r>
        <w:br/>
        <w:t>• Public speaking, presentations, event hosting</w:t>
      </w:r>
      <w:r>
        <w:br/>
        <w:t>• Adaptable look for professional, every day, commercial roles</w:t>
      </w:r>
      <w:r>
        <w:br/>
        <w:t>• Open to stand-in, extra, and commercial opportunities</w:t>
      </w:r>
      <w:r>
        <w:br/>
        <w:t xml:space="preserve">• Participated in local plays at my church </w:t>
      </w:r>
    </w:p>
    <w:p w14:paraId="35EF841A" w14:textId="77777777" w:rsidR="000053B0" w:rsidRDefault="00D85782">
      <w:pPr>
        <w:pStyle w:val="Heading1"/>
      </w:pPr>
      <w:r>
        <w:t>Special Notes</w:t>
      </w:r>
    </w:p>
    <w:p w14:paraId="40ABB5F2" w14:textId="77777777" w:rsidR="000053B0" w:rsidRDefault="00D85782">
      <w:r>
        <w:t>• Eligible for work in the U.S.</w:t>
      </w:r>
      <w:r>
        <w:br/>
        <w:t>• Based in Washington, D.C. metro area – available for Maryland / Virginia / D.C. projects</w:t>
      </w:r>
      <w:r>
        <w:br/>
        <w:t>• Flexible weekday availability (8:00 AM – 3:30 PM, or note availability)</w:t>
      </w:r>
    </w:p>
    <w:sectPr w:rsidR="000053B0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5C85C" w14:textId="77777777" w:rsidR="00C90CCD" w:rsidRDefault="00C90CCD" w:rsidP="00D85782">
      <w:pPr>
        <w:spacing w:after="0" w:line="240" w:lineRule="auto"/>
      </w:pPr>
      <w:r>
        <w:separator/>
      </w:r>
    </w:p>
  </w:endnote>
  <w:endnote w:type="continuationSeparator" w:id="0">
    <w:p w14:paraId="442A2DA2" w14:textId="77777777" w:rsidR="00C90CCD" w:rsidRDefault="00C90CCD" w:rsidP="00D85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798E3" w14:textId="674F783F" w:rsidR="00D85782" w:rsidRDefault="00D85782">
    <w:pPr>
      <w:pStyle w:val="Footer"/>
      <w:pBdr>
        <w:top w:val="single" w:sz="4" w:space="1" w:color="D9D9D9" w:themeColor="background1" w:themeShade="D9"/>
      </w:pBdr>
      <w:jc w:val="right"/>
    </w:pPr>
    <w:r>
      <w:t xml:space="preserve">Moneke Stevens - </w:t>
    </w:r>
    <w:sdt>
      <w:sdtPr>
        <w:id w:val="-94399502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  <w:p w14:paraId="0D400D78" w14:textId="77777777" w:rsidR="00D85782" w:rsidRDefault="00D85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68659" w14:textId="77777777" w:rsidR="00C90CCD" w:rsidRDefault="00C90CCD" w:rsidP="00D85782">
      <w:pPr>
        <w:spacing w:after="0" w:line="240" w:lineRule="auto"/>
      </w:pPr>
      <w:r>
        <w:separator/>
      </w:r>
    </w:p>
  </w:footnote>
  <w:footnote w:type="continuationSeparator" w:id="0">
    <w:p w14:paraId="299A81B1" w14:textId="77777777" w:rsidR="00C90CCD" w:rsidRDefault="00C90CCD" w:rsidP="00D85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5726829">
    <w:abstractNumId w:val="8"/>
  </w:num>
  <w:num w:numId="2" w16cid:durableId="2117288151">
    <w:abstractNumId w:val="6"/>
  </w:num>
  <w:num w:numId="3" w16cid:durableId="1195845533">
    <w:abstractNumId w:val="5"/>
  </w:num>
  <w:num w:numId="4" w16cid:durableId="1472476440">
    <w:abstractNumId w:val="4"/>
  </w:num>
  <w:num w:numId="5" w16cid:durableId="1855414056">
    <w:abstractNumId w:val="7"/>
  </w:num>
  <w:num w:numId="6" w16cid:durableId="1298218641">
    <w:abstractNumId w:val="3"/>
  </w:num>
  <w:num w:numId="7" w16cid:durableId="887641145">
    <w:abstractNumId w:val="2"/>
  </w:num>
  <w:num w:numId="8" w16cid:durableId="1925216193">
    <w:abstractNumId w:val="1"/>
  </w:num>
  <w:num w:numId="9" w16cid:durableId="1067067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3B0"/>
    <w:rsid w:val="00034616"/>
    <w:rsid w:val="0006063C"/>
    <w:rsid w:val="0015074B"/>
    <w:rsid w:val="001903B3"/>
    <w:rsid w:val="0029639D"/>
    <w:rsid w:val="002F560E"/>
    <w:rsid w:val="00326F90"/>
    <w:rsid w:val="003C6302"/>
    <w:rsid w:val="007C0D7D"/>
    <w:rsid w:val="008254E1"/>
    <w:rsid w:val="008D5426"/>
    <w:rsid w:val="00AA1D8D"/>
    <w:rsid w:val="00B47730"/>
    <w:rsid w:val="00C90CCD"/>
    <w:rsid w:val="00CB0664"/>
    <w:rsid w:val="00D85782"/>
    <w:rsid w:val="00E10E19"/>
    <w:rsid w:val="00F810C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10443D"/>
  <w14:defaultImageDpi w14:val="300"/>
  <w15:docId w15:val="{9E834119-B20D-4DEF-9DCD-DFDB276D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10E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E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oneke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264</Words>
  <Characters>1801</Characters>
  <Application>Microsoft Office Word</Application>
  <DocSecurity>0</DocSecurity>
  <Lines>45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Moneke Stevens</cp:lastModifiedBy>
  <cp:revision>7</cp:revision>
  <dcterms:created xsi:type="dcterms:W3CDTF">2025-10-02T15:24:00Z</dcterms:created>
  <dcterms:modified xsi:type="dcterms:W3CDTF">2025-10-02T15:34:00Z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f4f5305f-be93-46c4-b7ec-9c11d9174f5d</vt:lpwstr>
  </property>
</Properties>
</file>